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CONTRATO DE PRESTAÇÃO DE SERVIÇOS</w:t>
      </w:r>
    </w:p>
    <w:p>
      <w:r>
        <w:t>Pelo presente instrumento particular de prestação de serviços, as partes abaixo identificadas têm entre si justo e contratado o seguinte:</w:t>
      </w:r>
    </w:p>
    <w:p>
      <w:pPr>
        <w:pStyle w:val="Heading2"/>
      </w:pPr>
      <w:r>
        <w:t>1. QUALIFICAÇÃO DAS PARTES</w:t>
      </w:r>
    </w:p>
    <w:p>
      <w:r>
        <w:t>CONTRATANTE: ____________________________________________, nacionalidade ________________________, estado civil ________________________, profissão ________________________, portador(a) do RG nº ________________________ e CPF/CNPJ nº ________________________, residente e domiciliado(a) à ________________________________________________, telefone ________________________ e e-mail ________________________.</w:t>
      </w:r>
    </w:p>
    <w:p/>
    <w:p>
      <w:r>
        <w:t>CONTRATADO: ____________________________________________, nacionalidade ________________________, estado civil ________________________, profissão ________________________, portador(a) do RG nº ________________________ e CPF/CNPJ nº ________________________, residente e domiciliado(a) à ________________________________________________, telefone ________________________ e e-mail ________________________.</w:t>
      </w:r>
    </w:p>
    <w:p>
      <w:pPr>
        <w:pStyle w:val="Heading2"/>
      </w:pPr>
      <w:r>
        <w:t>2. OBJETO DO CONTRATO</w:t>
      </w:r>
    </w:p>
    <w:p>
      <w:r>
        <w:t>O presente contrato tem como objeto a prestação dos seguintes serviços:</w:t>
        <w:br/>
        <w:br/>
        <w:t>____________________________________________________________________</w:t>
        <w:br/>
        <w:t>____________________________________________________________________</w:t>
        <w:br/>
        <w:t>____________________________________________________________________</w:t>
        <w:br/>
        <w:br/>
        <w:t>Os serviços deverão ser executados conforme alinhamento entre as partes e dentro dos padrões profissionais exigidos.</w:t>
      </w:r>
    </w:p>
    <w:p>
      <w:pPr>
        <w:pStyle w:val="Heading2"/>
      </w:pPr>
      <w:r>
        <w:t>3. PRAZO DE EXECUÇÃO</w:t>
      </w:r>
    </w:p>
    <w:p>
      <w:r>
        <w:t>Os serviços terão início em ____/____/________ e término previsto em ____/____/________, podendo ser prorrogados mediante acordo entre as partes.</w:t>
      </w:r>
    </w:p>
    <w:p>
      <w:pPr>
        <w:pStyle w:val="Heading2"/>
      </w:pPr>
      <w:r>
        <w:t>4. VALOR E FORMA DE PAGAMENTO</w:t>
      </w:r>
    </w:p>
    <w:p>
      <w:r>
        <w:t>Pela prestação dos serviços, o CONTRATANTE pagará ao CONTRATADO o valor total de R$ ____________________________, da seguinte forma:</w:t>
        <w:br/>
        <w:br/>
        <w:t>____________________________________________________________________</w:t>
        <w:br/>
        <w:t>____________________________________________________________________</w:t>
        <w:br/>
        <w:br/>
        <w:t>Em caso de atraso no pagamento, poderá ser aplicada multa de _____%, além de juros legais.</w:t>
      </w:r>
    </w:p>
    <w:p>
      <w:pPr>
        <w:pStyle w:val="Heading2"/>
      </w:pPr>
      <w:r>
        <w:t>5. OBRIGAÇÕES DO CONTRATADO</w:t>
      </w:r>
    </w:p>
    <w:p>
      <w:r>
        <w:t>O CONTRATADO compromete-se a:</w:t>
        <w:br/>
        <w:br/>
        <w:t>- Executar os serviços contratados com qualidade e profissionalismo;</w:t>
        <w:br/>
        <w:t>- Cumprir os prazos estabelecidos;</w:t>
        <w:br/>
        <w:t>- Manter sigilo sobre informações confidenciais;</w:t>
        <w:br/>
        <w:t>- Informar previamente qualquer impossibilidade de execução do serviço.</w:t>
      </w:r>
    </w:p>
    <w:p>
      <w:pPr>
        <w:pStyle w:val="Heading2"/>
      </w:pPr>
      <w:r>
        <w:t>6. OBRIGAÇÕES DO CONTRATANTE</w:t>
      </w:r>
    </w:p>
    <w:p>
      <w:r>
        <w:t>O CONTRATANTE compromete-se a:</w:t>
        <w:br/>
        <w:br/>
        <w:t>- Efetuar os pagamentos conforme acordado;</w:t>
        <w:br/>
        <w:t>- Disponibilizar informações necessárias para execução do serviço;</w:t>
        <w:br/>
        <w:t>- Aprovar etapas e materiais dentro dos prazos combinados;</w:t>
        <w:br/>
        <w:t>- Não exigir atividades diferentes das previstas neste contrato sem novo alinhamento.</w:t>
      </w:r>
    </w:p>
    <w:p>
      <w:pPr>
        <w:pStyle w:val="Heading2"/>
      </w:pPr>
      <w:r>
        <w:t>7. RESCISÃO CONTRATUAL</w:t>
      </w:r>
    </w:p>
    <w:p>
      <w:r>
        <w:t>O presente contrato poderá ser rescindido por qualquer das partes mediante comunicação prévia de _____ dias.</w:t>
        <w:br/>
        <w:br/>
        <w:t>Em caso de descumprimento contratual, a parte prejudicada poderá rescindir imediatamente o contrato, sem prejuízo de eventual indenização por perdas e danos.</w:t>
      </w:r>
    </w:p>
    <w:p>
      <w:pPr>
        <w:pStyle w:val="Heading2"/>
      </w:pPr>
      <w:r>
        <w:t>8. CLÁUSULA DE CONFIDENCIALIDADE</w:t>
      </w:r>
    </w:p>
    <w:p>
      <w:r>
        <w:t>As partes comprometem-se a manter sigilo absoluto sobre documentos, informações estratégicas, dados financeiros, comerciais ou qualquer informação confidencial obtida em razão deste contrato.</w:t>
      </w:r>
    </w:p>
    <w:p>
      <w:pPr>
        <w:pStyle w:val="Heading2"/>
      </w:pPr>
      <w:r>
        <w:t>9. DIREITOS AUTORAIS E USO DE MATERIAL</w:t>
      </w:r>
    </w:p>
    <w:p>
      <w:r>
        <w:t>Os materiais produzidos durante a execução do serviço somente poderão ser utilizados conforme autorização das partes, respeitando direitos autorais, comerciais e de imagem, quando aplicável.</w:t>
      </w:r>
    </w:p>
    <w:p>
      <w:pPr>
        <w:pStyle w:val="Heading2"/>
      </w:pPr>
      <w:r>
        <w:t>10. DISPOSIÇÕES GERAIS</w:t>
      </w:r>
    </w:p>
    <w:p>
      <w:r>
        <w:t>Este contrato não estabelece qualquer vínculo empregatício entre as partes.</w:t>
        <w:br/>
        <w:br/>
        <w:t>Qualquer alteração neste instrumento somente terá validade mediante acordo formal por escrito.</w:t>
      </w:r>
    </w:p>
    <w:p>
      <w:pPr>
        <w:pStyle w:val="Heading2"/>
      </w:pPr>
      <w:r>
        <w:t>11. FORO</w:t>
      </w:r>
    </w:p>
    <w:p>
      <w:r>
        <w:t>Fica eleito o foro da comarca de ____________________________ para dirimir quaisquer dúvidas oriundas deste contrato, renunciando as partes a qualquer outro, por mais privilegiado que seja.</w:t>
      </w:r>
    </w:p>
    <w:p>
      <w:r>
        <w:br/>
        <w:br/>
        <w:t>______________________________________________</w:t>
      </w:r>
    </w:p>
    <w:p>
      <w:r>
        <w:t>CONTRATANTE</w:t>
      </w:r>
    </w:p>
    <w:p>
      <w:r>
        <w:br/>
        <w:t>______________________________________________</w:t>
      </w:r>
    </w:p>
    <w:p>
      <w:r>
        <w:t>CONTRATADO</w:t>
      </w:r>
    </w:p>
    <w:p>
      <w:r>
        <w:br/>
        <w:br/>
        <w:t>______________________________________________</w:t>
      </w:r>
    </w:p>
    <w:p>
      <w:r>
        <w:t>TESTEMUNHA 1</w:t>
      </w:r>
    </w:p>
    <w:p>
      <w:r>
        <w:br/>
        <w:t>______________________________________________</w:t>
      </w:r>
    </w:p>
    <w:p>
      <w:r>
        <w:t>TESTEMUNHA 2</w:t>
      </w:r>
    </w:p>
    <w:p>
      <w:pPr>
        <w:jc w:val="center"/>
      </w:pPr>
      <w:r>
        <w:br/>
        <w:t>Este modelo é editável e pode ser adaptado conforme o tipo de serviço prestado.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